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בחירה – אני בוחר/ת מי להיות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סיבה אמיתית לבין תירוץ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המרחב הקטן של בחירה שנשאר בכל 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מחדש תירוץ אישי למשפט של כוח ולצעד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תירוץ נשמע כמו סיבה אבל מאפשר לא לנסות, סיבה אמיתית באמת חוסמת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הקלה רגעית ולפעמים אכזבה מאוחר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הרעיון המרכזי של היחידה - תמיד יש מרחב קטן של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תירוץ דווקא עוצר אותנו, בעוד שסיבה אמיתית מסבירה את המצב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ניסוח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תירוץ למשפט כוח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(אני לומד עכשיו 15 דקות ואז בודק איך הרגשתי)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(אני מנסה את הצעד הראשון הקטן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(אני בוחר מה שנכון לי, גם אם זה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(אני מדבר איתה ישירות כדי להבין את המצב)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מפת הבחירות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להגדיר מהי ההחלטה שעומדת לפניי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על האפשרויות השונות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לבחון מה יקרה לי ולאחרים בכל אפשרות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מה חשוב לי באמת במצב הזה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שהמשפט בגוף ראשון, בהווה, קטן ומעשי ומכיל צעד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מודעות לרגע עצירה ומשפט תומך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 זיהה תירוץ אישי אמיתי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שהחלופה שהוצעה היא מעשית וקטנה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הבנה בסיסית של ההבדל בין דחף מהיר לבחירה מודעת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על הלוח של 'הייתי עושה את זה, אבל...'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שהשיתוף תמיד מרצון ואין תשובה אחת נכונה בדילמות 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האישית אפשר לתת אפשרות לכתוב רק לעצמם בלי להקריא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בחירה – אני בוחר/ת מי להיות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בין מה שקורה לנו לבין מה שאנחנו עושים יש מרווח קטן – ובתוך המרווח הזה נמצאת הבחירה שלנו. דף זה מתרגל את ההבדל בין תירוץ לסיבה, בין דחף לבחירה, ואת הדרך מתירוץ למשפט כוח.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תירוץ  ·  ניסוח מחדש  ·  מרווח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תירוץ לסיבה אמיתית?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תירוץ נשמע כמו סיבה אבל מאפשר לא לנסות, סיבה אמיתית באמת חוסמת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תירוץ הוא תמיד 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בדרך כלל אחרי שמשתמשים בתירוץ, לפי הדיון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תמיד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הקלה רגעית ולפעמים אכזבה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כלום לא קורה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כשיש קושי אמיתי, עדיין נשארת בחירה לגבי הצעד הבא.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תירוץ מסביר את המצב בלי לעצור אותנו בתוכו.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בין מה שקורה לנו לבין מה שאנחנו עושים יש __________ - ושם נמצאת הבחירה.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נשמע כמו סיבה אבל מאפשר לי לא לנסות.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של 'אין לי כוח ללמוד למבחן' יכול להיות 'אני מתחיל עכשיו ב-10 דקות'.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תירוץ למשפט כוח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אין לי זמן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אני מדבר איתה ישירות כדי להבין את המצב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זה קשה מדי בשבילי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אני לומד עכשיו 15 דקות ואז בודק איך הרגשתי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כולם עושים את 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אני מנסה את הצעד הראשון הקטן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המורה לא אוהב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אני בוחר מה שנכון לי, גם אם זה 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מפת הבחירות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לבחון מה יקרה לי ולאחרים בכל אפשרות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מה חשוב לי באמת במצב הזה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על האפשרויות השונות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להגדיר מהי ההחלטה שעומדת לפניי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תירוץ שאתם מכירים אצל עצמכם, והפכו אותו למשפט כוח עם צעד ראשון מעשי וקטן.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תארו רגע אחד השבוע שבו תבחרו לעצור ולחשוב לפני שתגיבו, ומה תגידו לעצמכם באותו רגע.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התירוץ שהכי קל לי להשתמש בו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בפעם הבאה אנסה להגיד לעצמי...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בחירה – אני בוחר/ת מי להיות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