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בחירה – אני בוחר/ת מי להיות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סיבה אמיתית לבין תירוץ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המרחב הקטן של בחירה שנשאר בכל מצב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לנסח מחדש תירוץ אישי למשפט של כוח ולצעד מעשי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תירוץ נשמע כמו סיבה אבל מאפשר לא לנסות, סיבה אמיתית באמת חוסמת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הקלה רגעית ולפעמים אכזבה מאוחר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משפט קטן, מעשי, בגוף ראשון ובהווה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רצון שבא מתוכי בלי קשר להערכה של 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דחף הוא תגובה מהירה ואוטומטית, בחירה היא החלטה אחרי עצירה למחשבה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הרעיון המרכזי של היחידה - תמיד יש מרחב קטן של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תירוץ דווקא עוצר אותנו, בעוד שסיבה אמיתית מסבירה את המצב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משפט כוח הוא בגוף ראשון ובהווה, קטן ומעשי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ההגדרה של מניע חיצוני בניגוד למניע פנימי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בדילמות אין תשובה אחת נכונה, יש בחירה מודעת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מרווח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תירוץ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ניסוח מחדש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פנימי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דחף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צעדים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תירוץ למשפט כוח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(אני לומד עכשיו 15 דקות ואז בודק איך הרגשתי)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(אני מנסה את הצעד הראשון הקטן ביותר)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(אני בוחר מה שנכון לי, גם אם זה שונה)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(אני מדבר איתה ישירות כדי להבין את המצב)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(אני מתחיל בפעולה קטנה אחת ואז מחליט)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מפת הבחירות הנכונים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להגדיר מהי ההחלטה שעומדת לפניי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לחשוב על האפשרויות השונות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לבחון מה יקרה לי ולאחרים בכל אפשרות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לבדוק מה חשוב לי באמת במצב הזה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לבחור ולקבוע מהו הצעד הראשון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לבדוק שהמשפט בגוף ראשון, בהווה, קטן ומעשי ומכיל צעד ברור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- לבדוק הבחנה בין מניע פנימי לחיצוני והסבר הגיוני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אישית - לבדוק מודעות לרגע עצירה ומשפט תומך קצר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לבדוק שהתלמיד זיהה תירוץ אישי אמיתי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לבדוק שהחלופה שהוצעה היא מעשית וקטנה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לבדוק הבנה בסיסית של ההבדל בין דחף מהיר לבחירה מודעת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בדוגמה על הלוח של 'הייתי עושה את זה, אבל...'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חשוב להדגיש שהשיתוף תמיד מרצון ואין תשובה אחת נכונה בדילמות אישיות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האישית אפשר לתת אפשרות לכתוב רק לעצמם בלי להקריא בפני הכיתה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בחירה – אני בוחר/ת מי להיות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לפעמים אנחנו אומרים תירוץ במקום לנסות. יש הבדל בין תירוץ לבין סיבה אמיתית. אפשר להפוך תירוץ למשפט חזק וצעד קטן.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תירוץ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שנשמע כמו סיבה אבל רק עוזר לי לא לנסות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סיבה אמיתית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משהו שבאמת חוסם אותי כרגע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מניע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הסיבה הפנימית שמניעה אותי לפעול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מניע פנימי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רצון שבא מתוכי, בלי קשר למה שאחרים יגידו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מניע חיצוני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רצון שבא בגלל פרס, ציון או הערכה של אחרים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דחף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תגובה מהירה ואוטומטית בלי מחשבה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בחירה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החלטה מודעת אחרי עצירה למחשבה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 כוח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קטן, מעשי, בגוף ראשון, שמתאר צעד ראשון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ההבדל בין תירוץ לסיבה?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הבדל, זה אותו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תירוץ נשמע כמו סיבה אבל מאפשר לא לנסות, סיבה אמיתית באמת חוסמת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תירוץ הוא תמיד שקר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סיבה אמיתית תמיד קלה יותר להתגבר עליה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מרגישים אחרי תירוץ?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תמיד שמחה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הקלה רגעית ולפעמים אכזבה מאוחר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כלום לא קורה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כעס על 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נראה משפט כוח?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משפט ארוך ומסובך בגוף 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משפט קטן, מעשי, בגוף ראשון ובהווה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משפט שמסביר למה אי אפשר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משפט שמבטיח הצלחה מושלמת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זה מניע פנימי?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רצון לקבל פרס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רצון לקבל ציון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רצון שבא מתוכי בלי קשר להערכה של 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פחד מעונש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ההבדל בין דחף לבחירה?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דחף הוא תגובה מהירה ואוטומטית, בחירה היא החלטה אחרי עצירה למחשבה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דחף תמיד טוב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בחירה היא תמיד מהירה יותר מדחף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גם כשיש קושי אמיתי, עדיין נשארת בחירה לגבי הצעד הבא.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תירוץ מסביר את המצב בלי לעצור אותנו בתוכו.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כוח טוב הוא תמיד בגוף שלישי ובעתיד הרחוק.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מניע חיצוני קשור להערכה או לפרס מצד אחרים.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למצוא בכרטיסי דילמות רק תשובה אחת נכונה.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בין מה שקורה לנו לבין מה שאנחנו עושים יש __________ - ושם נמצאת הבחירה.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נשמע כמו סיבה אבל מאפשר לי לא לנסות.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של 'אין לי כוח ללמוד למבחן' יכול להיות 'אני מתחיל עכשיו ב-10 דקות'.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מניע __________ בא מתוכי, בלי קשר להערכה של אחרים.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__________ הוא תגובה מהירה ואוטומטית בלי מחשבה.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במפת הבחירות יש חמישה __________ לניווט החלטה.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תירוץ למשפט כוח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אין לי זמן ללמוד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אני מדבר איתה ישירות כדי להבין את המצב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זה קשה מדי בשבילי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אני לומד עכשיו 15 דקות ואז בודק איך הרגשתי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כולם עושים את זה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אני מנסה את הצעד הראשון הקטן ביותר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המורה לא אוהב אותי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אני מתחיל בפעולה קטנה אחת ואז מחליט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אין לי כוח עכשיו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אני בוחר מה שנכון לי, גם אם זה שונה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מפת הבחירות הנכונים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מה חשוב לי באמת במצב הזה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להגדיר מהי ההחלטה שעומדת לפניי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לחשוב על האפשרויות השונות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ולקבוע מהו הצעד הראשון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לבחון מה יקרה לי ולאחרים בכל אפשרות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תירוץ שאתם מכירים אצל עצמכם, והפכו אותו למשפט כוח עם צעד ראשון מעשי וקטן.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פעולה שאתם עושים בקביעות ותארו מה המניע העיקרי שלה - פנימי, חיצוני או שניהם.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תארו רגע אחד השבוע שבו תבחרו לעצור ולחשוב לפני שתגיבו, ומה תגידו לעצמכם באותו רגע.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התירוץ שהכי קל לי להשתמש בו הוא...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בפעם הבאה אנסה להגיד לעצמי...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הבדל אחד שלמדתי בין דחף לבחירה הוא...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בחירה – אני בוחר/ת מי להיות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