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סיבה אמיתית לבין תירוץ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המרחב הקטן של בחירה שנשאר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מחדש תירוץ אישי למשפט של כוח ולצעד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תירוץ נשמע כמו סיבה אבל מאפשר לא לנסות, סיבה אמיתית באמת חוסמת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הקלה רגעית ולפעמים אכזבה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קטן, מעשי, בגוף ראשון ובהווה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רצון שבא מתוכי בלי קשר להערכה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דחף הוא תגובה מהירה ואוטומטית, בחירה היא החלטה אחרי עצירה למחשבה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הרעיון המרכזי של היחידה - תמיד יש מרחב קטן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תירוץ דווקא עוצר אותנו, בעוד שסיבה אמיתית מסבירה את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משפט כוח הוא בגוף ראשון ובהווה, קטן ומעשי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ההגדרה של מניע חיצוני בניגוד למניע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בדילמות אין תשובה אחת נכונה, יש בחירה מודעת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ניסוח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צעדים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תירוץ למשפט כוח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(אני לומד עכשיו 15 דקות ואז בודק איך הרגשתי)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מנסה את הצעד הראשון הקטן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בוחר מה שנכון לי, גם אם זה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(אני מדבר איתה ישירות כדי להבין את 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(אני מתחיל בפעולה קטנה אחת ואז מחליט)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מפת הבחירות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מהי ההחלטה שעומדת לפניי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האפשרויות השונות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לבחון מה יקרה לי ולאחרים בכל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מה חשוב לי באמת במצב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ולקבוע מהו הצעד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שהמשפט בגוף ראשון, בהווה, קטן ומעשי ומכיל צעד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הבחנה בין מניע פנימי לחיצוני והסבר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לבדוק מודעות לרגע עצירה ומשפט תומך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זיהה תירוץ אישי אמיתי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שהחלופה שהוצעה היא מעשית וקטנה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הבנה בסיסית של ההבדל בין דחף מהיר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על הלוח של 'הייתי עושה את זה, אבל...'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תמיד מרצון ואין תשובה אחת נכונה בדילמות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לתת אפשרות לכתוב רק לעצמם בלי להקריא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בחירה – אני בוחר/ת מי להיות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בין מה שקורה לנו לבין מה שאנחנו עושים יש מרווח קטן – ובתוך המרווח הזה נמצאת הבחירה שלנו. דף זה מתרגל את ההבדל בין תירוץ לסיבה, בין דחף לבחירה, ואת הדרך מתירוץ למשפט כוח.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תירוץ לסיבה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תירוץ נשמע כמו סיבה אבל מאפשר לא לנסות, סיבה אמיתית באמת חוסמת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תירוץ הוא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אמיתית תמיד קלה יותר להתגבר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בדרך כלל אחרי שמשתמשים בתירוץ, לפי הדיון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הקלה רגעית ולפעמים אכזבה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משפט כוח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ומסובך בגוף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קטן, מעשי, בגוף ראשון ובהווה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שמסביר למה אי 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שמבטיח הצלחה מושלמת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מניע מתואר כ'פנימי'?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לקבל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שבא מתוכי בלי קשר להערכה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דחף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דחף הוא תגובה מהירה ואוטומטית, בחירה היא החלטה אחרי עצירה למחשבה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דחף תמיד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בחירה היא תמיד מהירה יותר מדחף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כשיש קושי אמיתי, עדיין נשארת בחירה לגבי הצעד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מסביר את המצב בלי לעצור אותנו בתוכו.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כוח טוב הוא תמיד בגוף שלישי ובעתיד הרחוק.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מניע חיצוני קשור להערכה או לפרס מצד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בכרטיסי דילמות רק תשובה אחת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מה שקורה לנו לבין מה שאנחנו עושים יש __________ - ושם נמצאת הבחירה.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נשמע כמו סיבה אבל מאפשר לי לא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'אין לי כוח ללמוד למבחן' יכול להיות 'אני מתחיל עכשיו ב-10 דקות'.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מניע __________ בא מתוכי, בלי קשר להערכה של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תגובה מהירה ואוטומטית בלי מחשבה.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במפת הבחירות יש חמישה __________ לניווט החלטה.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תירוץ למשפט כוח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אין לי זמן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 מתחיל בפעולה קטנה אחת ואז מחליט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 קשה מדי בשבילי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 לומד עכשיו 15 דקות ואז בודק איך הרגשתי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מנסה את הצעד הראשון הקטן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לא אוהב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בוחר מה שנכון לי, גם אם זה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לי כוח עכשיו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אני מדבר איתה ישירות כדי להבין את המצב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מפת הבחירות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האפשרויות השונות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לבחון מה יקרה לי ולאחרים בכל אפשרות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מהי ההחלטה שעומדת לפניי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ולקבוע מהו הצעד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חשוב לי באמת במצב הזה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תירוץ שאתם מכירים אצל עצמכם, והפכו אותו למשפט כוח עם צעד ראשון מעשי וקטן.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פעולה שאתם עושים בקביעות ותארו מה המניע העיקרי שלה - פנימי, חיצוני או שניהם.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אחד השבוע שבו תבחרו לעצור ולחשוב לפני שתגיבו, ומה תגידו לעצמכם באותו 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התירוץ שהכי קל לי להשתמש בו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בפעם הבאה אנסה להגיד לעצמי...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הבדל אחד שלמדתי בין דחף לבחירה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בחירה – אני בוחר/ת מי להיות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